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Vėlinių samanų vainikai iš „Rankdarbių skrynios“: kaip prasidėjo partnerystė</w:t>
      </w:r>
    </w:p>
    <w:p>
      <w:r>
        <w:t>Marijampolės centro „Židinys“ socialinėse dirbtuvėse „Rankdarbių skrynia“ gaminami Vėlinių samanų vainikai papuošia „Eram Service“ klientų artimųjų kapavietes visoje Lietuvoje. Šio bendradarbiavimo pradžia buvo pačių dirbtuvių iniciatyva: prieš kelerius metus jos kreipėsi į įmonę ieškodamos galimybės užsidirbti.</w:t>
      </w:r>
    </w:p>
    <w:p>
      <w:r>
        <w:t>„Eram Service“ vadovei Rūtai Matulienei tokia partnerystė tuomet buvo nauja. Ji prisimena nusprendusi pabandyti ir sako šio sprendimo nepasigailėjusi.</w:t>
      </w:r>
    </w:p>
    <w:p>
      <w:pPr>
        <w:pStyle w:val="Heading1"/>
      </w:pPr>
      <w:r>
        <w:t>Pirmą žingsnį žengė pačios dirbtuvės</w:t>
      </w:r>
    </w:p>
    <w:p>
      <w:r>
        <w:t>Pasak Rūtos, pirmojo pokalbio metu dirbtuvių atstovai kalbėjo ir apie sunkumą, su kuriuo susiduria ieškodami užsakymų: žmonės su intelekto negalia ne visada sulaukia pasitikėjimo, nors moka dirbti. Jie pasakojo apie išankstines nuostatas, dėl kurių potencialiems užsakovams gali būti sunku ryžtis bendradarbiauti.</w:t>
      </w:r>
    </w:p>
    <w:p>
      <w:r>
        <w:t>Rūtai jų iniciatyva pasirodė drąsi. Ji sutiko išbandyti bendradarbiavimą, o tolesnė patirtis, jos teigimu, patvirtino sprendimą: dirbtuvių žmonės sąžiningai dirba ir užsidirba.</w:t>
      </w:r>
    </w:p>
    <w:p>
      <w:pPr>
        <w:pStyle w:val="Heading1"/>
      </w:pPr>
      <w:r>
        <w:t>Galimybė užsidirbti ir patikimi partneriai</w:t>
      </w:r>
    </w:p>
    <w:p>
      <w:r>
        <w:t>Rūtai šis bendradarbiavimas turi ir asmeninę prasmę: gera prisidėti prie to, kad žmonės galėtų panaudoti savo gebėjimus. Kartu ji pabrėžia praktinę partnerystės pusę - įmonei reikia atlikto darbo, o dirbtuvių žmonėms už jį mokamas atlygis.</w:t>
      </w:r>
    </w:p>
    <w:p>
      <w:pPr>
        <w:pStyle w:val="Quote"/>
      </w:pPr>
      <w:r>
        <w:t>Jiems tai galimybė oriai užsidirbti, mums galimybė turėti patikimus ir darbščius paslaugos tiekėjus.</w:t>
      </w:r>
    </w:p>
    <w:p>
      <w:r>
        <w:t>Rūta Matulienė, „Eram Service“ vadovė</w:t>
      </w:r>
    </w:p>
    <w:p>
      <w:r>
        <w:t>Įmonės vadovė pasakoja, kad su „Eram Service“ dirbantiems žmonėms taikoma bendra atlygio sistema. Socialinių dirbtuvių partneriai į šį bendradarbiavimą ateina su savo darbu ir gebėjimais.</w:t>
      </w:r>
    </w:p>
    <w:p>
      <w:pPr>
        <w:pStyle w:val="Quote"/>
      </w:pPr>
      <w:r>
        <w:t>Atlygio sistema visiems dirbantiems su mumis yra vienoda visoje Lietuvoje.</w:t>
      </w:r>
    </w:p>
    <w:p>
      <w:r>
        <w:t>Rūta Matulienė, „Eram Service“ vadovė</w:t>
      </w:r>
    </w:p>
    <w:p>
      <w:pPr>
        <w:pStyle w:val="Heading1"/>
      </w:pPr>
      <w:r>
        <w:t>Marijampolėje sukurti vainikai pasiekia kapavietes visoje Lietuvoje</w:t>
      </w:r>
    </w:p>
    <w:p>
      <w:r>
        <w:t>„Rankdarbių skrynia“ įmonei „Eram Service“ gamina Vėlinių samanų vainikus. Įmonės klientai juos renkasi artimųjų kapams papuošti įvairiose Lietuvos vietose. Taip Marijampolėje sukurtas rankų darbo vainikas tampa kitos šeimos atminimo dalimi.</w:t>
      </w:r>
    </w:p>
    <w:p>
      <w:r>
        <w:t>Ankstesniame pasakojime apie šiuos vainikus Rūta minėjo kūrėjų kantrybę ir kiekvieno vainiko savitumą. Už galutinio papuošimo yra žmonės, jų rankų darbas ir laikas.</w:t>
      </w:r>
    </w:p>
    <w:p>
      <w:pPr>
        <w:pStyle w:val="Heading1"/>
      </w:pPr>
      <w:r>
        <w:t>Bendradarbiavimas apima ir kapų priežiūrą</w:t>
      </w:r>
    </w:p>
    <w:p>
      <w:r>
        <w:t>Samanų vainikai yra viena platesnio „Eram Service“ bendradarbiavimo su socialinėmis dirbtuvėmis dalių. Rūtos 2026 m. rugsėjį pateiktais duomenimis, ši partnerystė tęsiasi trečius metus, o 2026 metais prisijungė dar dvi įstaigos. Ji mini partnerius Vilniuje, Ukmergėje ir Marijampolėje.</w:t>
      </w:r>
    </w:p>
    <w:p>
      <w:r>
        <w:t>Socialinių dirbtuvių žmonės taip pat padeda tvarkyti kapus. Rūta pasakoja ir apie mokymosi programas, tarp kurių yra apželdinimas bei genėjimas. Vainikų gamyba ir kapaviečių priežiūra suteikia skirtingų galimybių prisidėti prie šeimų užsakomų darbų.</w:t>
      </w:r>
    </w:p>
    <w:p>
      <w:r>
        <w:t>Parengta pagal „Eram Service“ vadovės Rūtos Matulienės pateiktą informaciją ir papildytą pasakojimą apie bendradarbiavimo pradžią. 2026 m. bendradarbiavimo apimtis nurodyta pagal jos rugsėjo mėnesį pateiktus duomenis.</w:t>
      </w:r>
    </w:p>
    <w:p>
      <w:r>
        <w:t>Informacijos šaltinis: Eram Service - https://eramservice.com/</w:t>
      </w:r>
    </w:p>
    <w:p>
      <w:r>
        <w:t>Medžiagą galima nemokamai naudoti redakcinėse publikacijose, išlaikant faktų prasmę ir nurodant šaltinį.</w:t>
      </w:r>
    </w:p>
    <w:p>
      <w:r>
        <w:t>Dirbtuvių svetainė: https://www.rankdarbiuskrynia.lt/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